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4AAA" w14:textId="77777777" w:rsidR="00BE5840" w:rsidRDefault="00F94F0E" w:rsidP="00F94F0E">
      <w:pPr>
        <w:snapToGrid w:val="0"/>
        <w:spacing w:after="0" w:line="240" w:lineRule="auto"/>
        <w:jc w:val="center"/>
        <w:rPr>
          <w:lang w:eastAsia="zh-TW"/>
        </w:rPr>
      </w:pPr>
      <w:r>
        <w:rPr>
          <w:b/>
          <w:sz w:val="30"/>
          <w:lang w:eastAsia="zh-TW"/>
        </w:rPr>
        <w:t>文藻外語大學研究發展處</w:t>
      </w:r>
    </w:p>
    <w:p w14:paraId="54010ABD" w14:textId="77777777" w:rsidR="00BE5840" w:rsidRDefault="00F94F0E" w:rsidP="00F94F0E">
      <w:pPr>
        <w:snapToGrid w:val="0"/>
        <w:spacing w:after="0" w:line="240" w:lineRule="auto"/>
        <w:jc w:val="center"/>
        <w:rPr>
          <w:lang w:eastAsia="zh-TW"/>
        </w:rPr>
      </w:pPr>
      <w:r>
        <w:rPr>
          <w:b/>
          <w:sz w:val="36"/>
          <w:lang w:eastAsia="zh-TW"/>
        </w:rPr>
        <w:t>校務發展組工讀生應徵資料表</w:t>
      </w:r>
    </w:p>
    <w:p w14:paraId="4705CA3B" w14:textId="77777777" w:rsidR="00BE5840" w:rsidRDefault="00F94F0E" w:rsidP="00F94F0E">
      <w:pPr>
        <w:snapToGrid w:val="0"/>
        <w:spacing w:after="0" w:line="240" w:lineRule="auto"/>
      </w:pPr>
      <w:proofErr w:type="spellStart"/>
      <w:r>
        <w:rPr>
          <w:b/>
          <w:sz w:val="24"/>
        </w:rPr>
        <w:t>一、基本資料</w:t>
      </w:r>
      <w:proofErr w:type="spellEnd"/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3402"/>
        <w:gridCol w:w="1247"/>
        <w:gridCol w:w="3402"/>
      </w:tblGrid>
      <w:tr w:rsidR="00BE5840" w14:paraId="13BDF34C" w14:textId="77777777">
        <w:trPr>
          <w:jc w:val="center"/>
        </w:trPr>
        <w:tc>
          <w:tcPr>
            <w:tcW w:w="1247" w:type="dxa"/>
            <w:shd w:val="clear" w:color="auto" w:fill="EAF2F8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2C0902" w14:textId="7777777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94F0E">
              <w:rPr>
                <w:rFonts w:ascii="Times New Roman" w:hAnsi="Times New Roman" w:cs="Times New Roman"/>
                <w:b/>
                <w:sz w:val="20"/>
              </w:rPr>
              <w:t>姓名</w:t>
            </w:r>
          </w:p>
        </w:tc>
        <w:tc>
          <w:tcPr>
            <w:tcW w:w="34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6267D1" w14:textId="77777777" w:rsidR="00BE5840" w:rsidRPr="00F94F0E" w:rsidRDefault="00BE5840" w:rsidP="00F94F0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shd w:val="clear" w:color="auto" w:fill="EAF2F8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35B1D1" w14:textId="7777777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94F0E">
              <w:rPr>
                <w:rFonts w:ascii="Times New Roman" w:hAnsi="Times New Roman" w:cs="Times New Roman"/>
                <w:b/>
                <w:sz w:val="20"/>
              </w:rPr>
              <w:t>學號</w:t>
            </w:r>
          </w:p>
        </w:tc>
        <w:tc>
          <w:tcPr>
            <w:tcW w:w="34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F36031" w14:textId="77777777" w:rsidR="00BE5840" w:rsidRPr="00F94F0E" w:rsidRDefault="00BE5840" w:rsidP="00F94F0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E5840" w14:paraId="425C2CCB" w14:textId="77777777">
        <w:trPr>
          <w:jc w:val="center"/>
        </w:trPr>
        <w:tc>
          <w:tcPr>
            <w:tcW w:w="1247" w:type="dxa"/>
            <w:shd w:val="clear" w:color="auto" w:fill="EAF2F8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2B66A0" w14:textId="4C97DE1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4F0E">
              <w:rPr>
                <w:rFonts w:ascii="Times New Roman" w:hAnsi="Times New Roman" w:cs="Times New Roman"/>
                <w:b/>
                <w:sz w:val="20"/>
              </w:rPr>
              <w:t>系</w:t>
            </w:r>
            <w:r w:rsidRPr="00F94F0E">
              <w:rPr>
                <w:rFonts w:ascii="Times New Roman" w:hAnsi="Times New Roman" w:cs="Times New Roman"/>
                <w:b/>
                <w:sz w:val="20"/>
              </w:rPr>
              <w:t>／科別</w:t>
            </w:r>
            <w:proofErr w:type="spellEnd"/>
          </w:p>
        </w:tc>
        <w:tc>
          <w:tcPr>
            <w:tcW w:w="34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0D006D" w14:textId="77777777" w:rsidR="00BE5840" w:rsidRPr="00F94F0E" w:rsidRDefault="00BE5840" w:rsidP="00F94F0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shd w:val="clear" w:color="auto" w:fill="EAF2F8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D60DDF" w14:textId="7777777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94F0E">
              <w:rPr>
                <w:rFonts w:ascii="Times New Roman" w:hAnsi="Times New Roman" w:cs="Times New Roman"/>
                <w:b/>
                <w:sz w:val="20"/>
              </w:rPr>
              <w:t>年級</w:t>
            </w:r>
          </w:p>
        </w:tc>
        <w:tc>
          <w:tcPr>
            <w:tcW w:w="34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DEE74C" w14:textId="77777777" w:rsidR="00BE5840" w:rsidRPr="00F94F0E" w:rsidRDefault="00BE5840" w:rsidP="00F94F0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E5840" w14:paraId="12B7040C" w14:textId="77777777">
        <w:trPr>
          <w:jc w:val="center"/>
        </w:trPr>
        <w:tc>
          <w:tcPr>
            <w:tcW w:w="1247" w:type="dxa"/>
            <w:shd w:val="clear" w:color="auto" w:fill="EAF2F8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2F4DF2" w14:textId="7777777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94F0E">
              <w:rPr>
                <w:rFonts w:ascii="Times New Roman" w:hAnsi="Times New Roman" w:cs="Times New Roman"/>
                <w:b/>
                <w:sz w:val="20"/>
              </w:rPr>
              <w:t>手機</w:t>
            </w:r>
          </w:p>
        </w:tc>
        <w:tc>
          <w:tcPr>
            <w:tcW w:w="34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CE33D3" w14:textId="77777777" w:rsidR="00BE5840" w:rsidRPr="00F94F0E" w:rsidRDefault="00BE5840" w:rsidP="00F94F0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shd w:val="clear" w:color="auto" w:fill="EAF2F8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A7099C" w14:textId="7777777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94F0E">
              <w:rPr>
                <w:rFonts w:ascii="Times New Roman" w:hAnsi="Times New Roman" w:cs="Times New Roman"/>
                <w:b/>
                <w:sz w:val="20"/>
              </w:rPr>
              <w:t>E-mail</w:t>
            </w:r>
          </w:p>
        </w:tc>
        <w:tc>
          <w:tcPr>
            <w:tcW w:w="34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2864FC" w14:textId="77777777" w:rsidR="00BE5840" w:rsidRPr="00F94F0E" w:rsidRDefault="00BE5840" w:rsidP="00F94F0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1222F470" w14:textId="77777777" w:rsidR="00BE5840" w:rsidRDefault="00F94F0E" w:rsidP="00F94F0E">
      <w:pPr>
        <w:snapToGrid w:val="0"/>
        <w:spacing w:beforeLines="50" w:before="120" w:after="0" w:line="240" w:lineRule="auto"/>
      </w:pPr>
      <w:r>
        <w:rPr>
          <w:b/>
          <w:sz w:val="24"/>
        </w:rPr>
        <w:t>二、可固定排班時間</w:t>
      </w:r>
    </w:p>
    <w:p w14:paraId="62082961" w14:textId="77777777" w:rsidR="00BE5840" w:rsidRPr="00F94F0E" w:rsidRDefault="00F94F0E" w:rsidP="00F94F0E">
      <w:pPr>
        <w:snapToGrid w:val="0"/>
        <w:spacing w:after="0" w:line="240" w:lineRule="auto"/>
        <w:rPr>
          <w:rFonts w:ascii="Times New Roman" w:hAnsi="Times New Roman" w:cs="Times New Roman"/>
          <w:lang w:eastAsia="zh-TW"/>
        </w:rPr>
      </w:pPr>
      <w:r w:rsidRPr="00F94F0E">
        <w:rPr>
          <w:rFonts w:ascii="Times New Roman" w:hAnsi="Times New Roman" w:cs="Times New Roman"/>
          <w:sz w:val="20"/>
          <w:szCs w:val="24"/>
          <w:lang w:eastAsia="zh-TW"/>
        </w:rPr>
        <w:t>請於可固定排班的時段打「</w:t>
      </w:r>
      <w:r w:rsidRPr="00F94F0E">
        <w:rPr>
          <w:rFonts w:ascii="MS Mincho" w:eastAsia="MS Mincho" w:hAnsi="MS Mincho" w:cs="MS Mincho" w:hint="eastAsia"/>
          <w:sz w:val="20"/>
          <w:szCs w:val="24"/>
          <w:lang w:eastAsia="zh-TW"/>
        </w:rPr>
        <w:t>✓</w:t>
      </w:r>
      <w:r w:rsidRPr="00F94F0E">
        <w:rPr>
          <w:rFonts w:ascii="Times New Roman" w:hAnsi="Times New Roman" w:cs="Times New Roman"/>
          <w:sz w:val="20"/>
          <w:szCs w:val="24"/>
          <w:lang w:eastAsia="zh-TW"/>
        </w:rPr>
        <w:t>」。原則上每月排班約</w:t>
      </w:r>
      <w:r w:rsidRPr="00F94F0E">
        <w:rPr>
          <w:rFonts w:ascii="Times New Roman" w:hAnsi="Times New Roman" w:cs="Times New Roman"/>
          <w:sz w:val="20"/>
          <w:szCs w:val="24"/>
          <w:lang w:eastAsia="zh-TW"/>
        </w:rPr>
        <w:t>45</w:t>
      </w:r>
      <w:r w:rsidRPr="00F94F0E">
        <w:rPr>
          <w:rFonts w:ascii="Times New Roman" w:hAnsi="Times New Roman" w:cs="Times New Roman"/>
          <w:sz w:val="20"/>
          <w:szCs w:val="24"/>
          <w:lang w:eastAsia="zh-TW"/>
        </w:rPr>
        <w:t>小時，每次排班至少連續</w:t>
      </w:r>
      <w:r w:rsidRPr="00F94F0E">
        <w:rPr>
          <w:rFonts w:ascii="Times New Roman" w:hAnsi="Times New Roman" w:cs="Times New Roman"/>
          <w:sz w:val="20"/>
          <w:szCs w:val="24"/>
          <w:lang w:eastAsia="zh-TW"/>
        </w:rPr>
        <w:t>2</w:t>
      </w:r>
      <w:r w:rsidRPr="00F94F0E">
        <w:rPr>
          <w:rFonts w:ascii="Times New Roman" w:hAnsi="Times New Roman" w:cs="Times New Roman"/>
          <w:sz w:val="20"/>
          <w:szCs w:val="24"/>
          <w:lang w:eastAsia="zh-TW"/>
        </w:rPr>
        <w:t>小時。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</w:tblGrid>
      <w:tr w:rsidR="00BE5840" w:rsidRPr="00F94F0E" w14:paraId="460FDC65" w14:textId="77777777">
        <w:trPr>
          <w:jc w:val="center"/>
        </w:trPr>
        <w:tc>
          <w:tcPr>
            <w:tcW w:w="175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284D05" w14:textId="32EB3560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proofErr w:type="spellStart"/>
            <w:r w:rsidRPr="00F94F0E">
              <w:rPr>
                <w:rFonts w:ascii="Times New Roman" w:hAnsi="Times New Roman" w:cs="Times New Roman"/>
                <w:b/>
                <w:sz w:val="22"/>
                <w:szCs w:val="28"/>
              </w:rPr>
              <w:t>時間</w:t>
            </w:r>
            <w:proofErr w:type="spellEnd"/>
          </w:p>
        </w:tc>
        <w:tc>
          <w:tcPr>
            <w:tcW w:w="175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1FB068" w14:textId="7777777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b/>
                <w:sz w:val="22"/>
                <w:szCs w:val="28"/>
              </w:rPr>
              <w:t>星期一</w:t>
            </w:r>
          </w:p>
        </w:tc>
        <w:tc>
          <w:tcPr>
            <w:tcW w:w="175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BF355D" w14:textId="7777777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b/>
                <w:sz w:val="22"/>
                <w:szCs w:val="28"/>
              </w:rPr>
              <w:t>星期二</w:t>
            </w:r>
          </w:p>
        </w:tc>
        <w:tc>
          <w:tcPr>
            <w:tcW w:w="175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6EF160" w14:textId="7777777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b/>
                <w:sz w:val="22"/>
                <w:szCs w:val="28"/>
              </w:rPr>
              <w:t>星期三</w:t>
            </w:r>
          </w:p>
        </w:tc>
        <w:tc>
          <w:tcPr>
            <w:tcW w:w="175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2EB961" w14:textId="7777777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b/>
                <w:sz w:val="22"/>
                <w:szCs w:val="28"/>
              </w:rPr>
              <w:t>星期四</w:t>
            </w:r>
          </w:p>
        </w:tc>
        <w:tc>
          <w:tcPr>
            <w:tcW w:w="175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8A9F59" w14:textId="7777777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b/>
                <w:sz w:val="22"/>
                <w:szCs w:val="28"/>
              </w:rPr>
              <w:t>星期五</w:t>
            </w:r>
          </w:p>
        </w:tc>
      </w:tr>
      <w:tr w:rsidR="00BE5840" w:rsidRPr="00F94F0E" w14:paraId="04B21B36" w14:textId="77777777">
        <w:trPr>
          <w:jc w:val="center"/>
        </w:trPr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86D7F8" w14:textId="046B7746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sz w:val="22"/>
                <w:szCs w:val="28"/>
              </w:rPr>
              <w:t>08:10–09:00</w:t>
            </w: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1837A8" w14:textId="784ADF6D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1C1DD2" w14:textId="668786CA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B0C971" w14:textId="47F39427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2CF12E" w14:textId="1585C56D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2D58BD" w14:textId="14F8529B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BE5840" w:rsidRPr="00F94F0E" w14:paraId="1A38E972" w14:textId="77777777">
        <w:trPr>
          <w:jc w:val="center"/>
        </w:trPr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CAA435" w14:textId="29CB7247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sz w:val="22"/>
                <w:szCs w:val="28"/>
              </w:rPr>
              <w:t>09:10–10:00</w:t>
            </w: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0A6AEE" w14:textId="49B40B22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B518F6" w14:textId="428D81A9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8B4971" w14:textId="1365C6EF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8D571B" w14:textId="69704722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538598" w14:textId="6B6A55F3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BE5840" w:rsidRPr="00F94F0E" w14:paraId="49C3FB7B" w14:textId="77777777">
        <w:trPr>
          <w:jc w:val="center"/>
        </w:trPr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6069FF" w14:textId="7CEBC9F5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sz w:val="22"/>
                <w:szCs w:val="28"/>
              </w:rPr>
              <w:t>10:10–11:00</w:t>
            </w: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CF1C39" w14:textId="6620A16D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7AA694" w14:textId="1178E61D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553683" w14:textId="55B81134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1902A7" w14:textId="19CFD8AC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8789F2" w14:textId="1B1BEFEB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BE5840" w:rsidRPr="00F94F0E" w14:paraId="5257B942" w14:textId="77777777">
        <w:trPr>
          <w:jc w:val="center"/>
        </w:trPr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936D2E" w14:textId="7CAFB6BC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sz w:val="22"/>
                <w:szCs w:val="28"/>
              </w:rPr>
              <w:t>11:10–12:00</w:t>
            </w: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D07332" w14:textId="4B3A9D85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E03E2C" w14:textId="38FC89AE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BE0550" w14:textId="281E99BC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DE941E" w14:textId="3399A368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E53CBC" w14:textId="0CDDC9F6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BE5840" w:rsidRPr="00F94F0E" w14:paraId="5BCE10F4" w14:textId="77777777">
        <w:trPr>
          <w:jc w:val="center"/>
        </w:trPr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6B0554" w14:textId="7C023883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sz w:val="22"/>
                <w:szCs w:val="28"/>
              </w:rPr>
              <w:t>13:10–14:00</w:t>
            </w: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B824A8" w14:textId="71D6BABF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632344" w14:textId="10DC6336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4CA032" w14:textId="7E76064B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AA9CB7" w14:textId="4DB39C0A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4B10BD" w14:textId="22B9D1D5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BE5840" w:rsidRPr="00F94F0E" w14:paraId="41C51C31" w14:textId="77777777">
        <w:trPr>
          <w:jc w:val="center"/>
        </w:trPr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6D48DF" w14:textId="7C3F0148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sz w:val="22"/>
                <w:szCs w:val="28"/>
              </w:rPr>
              <w:t>14:10–15:00</w:t>
            </w: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913986" w14:textId="44E1A864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58B175" w14:textId="7E2DFA20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9C9F02" w14:textId="2D931233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8CF0D5" w14:textId="55B2206E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0004CD" w14:textId="55C73110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BE5840" w:rsidRPr="00F94F0E" w14:paraId="21ED9F84" w14:textId="77777777">
        <w:trPr>
          <w:jc w:val="center"/>
        </w:trPr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D756F9" w14:textId="18212590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sz w:val="22"/>
                <w:szCs w:val="28"/>
              </w:rPr>
              <w:t>15:10–16:00</w:t>
            </w: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3059C2" w14:textId="4C8D9C14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F0565F" w14:textId="4E1D13CE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2E4DC2" w14:textId="48A71D55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69DDC0" w14:textId="1E734EEA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6CD32A" w14:textId="2005ED74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BE5840" w:rsidRPr="00F94F0E" w14:paraId="21843172" w14:textId="77777777">
        <w:trPr>
          <w:jc w:val="center"/>
        </w:trPr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0D59B4" w14:textId="4AAAC946" w:rsidR="00BE5840" w:rsidRPr="00F94F0E" w:rsidRDefault="00F94F0E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F94F0E">
              <w:rPr>
                <w:rFonts w:ascii="Times New Roman" w:hAnsi="Times New Roman" w:cs="Times New Roman"/>
                <w:sz w:val="22"/>
                <w:szCs w:val="28"/>
              </w:rPr>
              <w:t>16:10–17:00</w:t>
            </w: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37248E" w14:textId="0D6BB28D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825772" w14:textId="612CC418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616DA2" w14:textId="12F87853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B7A2B1" w14:textId="55C8C9F4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75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E9202E" w14:textId="6FA987B9" w:rsidR="00BE5840" w:rsidRPr="00F94F0E" w:rsidRDefault="00BE5840" w:rsidP="00F94F0E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</w:tbl>
    <w:p w14:paraId="6769A6BF" w14:textId="77777777" w:rsidR="00BE5840" w:rsidRDefault="00F94F0E" w:rsidP="00F94F0E">
      <w:pPr>
        <w:snapToGrid w:val="0"/>
        <w:spacing w:beforeLines="50" w:before="120" w:after="0" w:line="240" w:lineRule="auto"/>
      </w:pPr>
      <w:r>
        <w:rPr>
          <w:b/>
          <w:sz w:val="24"/>
        </w:rPr>
        <w:t>三、電腦操作經驗</w:t>
      </w:r>
    </w:p>
    <w:p w14:paraId="5B2EE066" w14:textId="77777777" w:rsidR="00BE5840" w:rsidRPr="00F94F0E" w:rsidRDefault="00F94F0E" w:rsidP="00F94F0E">
      <w:pPr>
        <w:snapToGrid w:val="0"/>
        <w:spacing w:after="0" w:line="240" w:lineRule="auto"/>
        <w:rPr>
          <w:sz w:val="20"/>
          <w:szCs w:val="20"/>
          <w:lang w:eastAsia="zh-TW"/>
        </w:rPr>
      </w:pPr>
      <w:r w:rsidRPr="00F94F0E">
        <w:rPr>
          <w:sz w:val="20"/>
          <w:szCs w:val="20"/>
          <w:lang w:eastAsia="zh-TW"/>
        </w:rPr>
        <w:t>請勾選曾實際使用過的功能（可複選）：</w:t>
      </w:r>
    </w:p>
    <w:p w14:paraId="3063A24A" w14:textId="6926F213" w:rsidR="00BE5840" w:rsidRPr="00F94F0E" w:rsidRDefault="00F94F0E" w:rsidP="00F94F0E">
      <w:pPr>
        <w:snapToGri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  <w:lang w:eastAsia="zh-TW"/>
        </w:rPr>
        <w:sym w:font="Wingdings 2" w:char="F0A3"/>
      </w:r>
      <w:r w:rsidRPr="00F94F0E">
        <w:rPr>
          <w:sz w:val="20"/>
          <w:szCs w:val="20"/>
        </w:rPr>
        <w:t xml:space="preserve">Word </w:t>
      </w:r>
      <w:proofErr w:type="spellStart"/>
      <w:r w:rsidRPr="00F94F0E">
        <w:rPr>
          <w:sz w:val="20"/>
          <w:szCs w:val="20"/>
        </w:rPr>
        <w:t>基本排版</w:t>
      </w:r>
      <w:proofErr w:type="spellEnd"/>
      <w:r>
        <w:rPr>
          <w:rFonts w:hint="eastAsia"/>
          <w:sz w:val="20"/>
          <w:szCs w:val="20"/>
          <w:lang w:eastAsia="zh-TW"/>
        </w:rPr>
        <w:t xml:space="preserve">    </w:t>
      </w:r>
      <w:r>
        <w:rPr>
          <w:sz w:val="20"/>
          <w:szCs w:val="20"/>
          <w:lang w:eastAsia="zh-TW"/>
        </w:rPr>
        <w:sym w:font="Wingdings 2" w:char="F0A3"/>
      </w:r>
      <w:r w:rsidRPr="00F94F0E">
        <w:rPr>
          <w:sz w:val="20"/>
          <w:szCs w:val="20"/>
        </w:rPr>
        <w:t xml:space="preserve">Excel </w:t>
      </w:r>
      <w:proofErr w:type="spellStart"/>
      <w:r w:rsidRPr="00F94F0E">
        <w:rPr>
          <w:sz w:val="20"/>
          <w:szCs w:val="20"/>
        </w:rPr>
        <w:t>資料輸入</w:t>
      </w:r>
      <w:proofErr w:type="spellEnd"/>
      <w:r>
        <w:rPr>
          <w:rFonts w:hint="eastAsia"/>
          <w:sz w:val="20"/>
          <w:szCs w:val="20"/>
          <w:lang w:eastAsia="zh-TW"/>
        </w:rPr>
        <w:t xml:space="preserve">   </w:t>
      </w:r>
      <w:r>
        <w:rPr>
          <w:sz w:val="20"/>
          <w:szCs w:val="20"/>
          <w:lang w:eastAsia="zh-TW"/>
        </w:rPr>
        <w:sym w:font="Wingdings 2" w:char="F0A3"/>
      </w:r>
      <w:r w:rsidRPr="00F94F0E">
        <w:rPr>
          <w:sz w:val="20"/>
          <w:szCs w:val="20"/>
        </w:rPr>
        <w:t xml:space="preserve">Excel </w:t>
      </w:r>
      <w:proofErr w:type="spellStart"/>
      <w:r w:rsidRPr="00F94F0E">
        <w:rPr>
          <w:sz w:val="20"/>
          <w:szCs w:val="20"/>
        </w:rPr>
        <w:t>排序／篩選</w:t>
      </w:r>
      <w:proofErr w:type="spellEnd"/>
      <w:r>
        <w:rPr>
          <w:rFonts w:hint="eastAsia"/>
          <w:sz w:val="20"/>
          <w:szCs w:val="20"/>
          <w:lang w:eastAsia="zh-TW"/>
        </w:rPr>
        <w:t xml:space="preserve">    </w:t>
      </w:r>
      <w:r>
        <w:rPr>
          <w:sz w:val="20"/>
          <w:szCs w:val="20"/>
          <w:lang w:eastAsia="zh-TW"/>
        </w:rPr>
        <w:sym w:font="Wingdings 2" w:char="F0A3"/>
      </w:r>
      <w:r w:rsidRPr="00F94F0E">
        <w:rPr>
          <w:sz w:val="20"/>
          <w:szCs w:val="20"/>
        </w:rPr>
        <w:t xml:space="preserve">Excel </w:t>
      </w:r>
      <w:proofErr w:type="spellStart"/>
      <w:r w:rsidRPr="00F94F0E">
        <w:rPr>
          <w:sz w:val="20"/>
          <w:szCs w:val="20"/>
        </w:rPr>
        <w:t>基本公式</w:t>
      </w:r>
      <w:proofErr w:type="spellEnd"/>
      <w:r>
        <w:rPr>
          <w:rFonts w:hint="eastAsia"/>
          <w:sz w:val="20"/>
          <w:szCs w:val="20"/>
          <w:lang w:eastAsia="zh-TW"/>
        </w:rPr>
        <w:t xml:space="preserve">    </w:t>
      </w:r>
      <w:r>
        <w:rPr>
          <w:sz w:val="20"/>
          <w:szCs w:val="20"/>
          <w:lang w:eastAsia="zh-TW"/>
        </w:rPr>
        <w:sym w:font="Wingdings 2" w:char="F0A3"/>
      </w:r>
      <w:r w:rsidRPr="00F94F0E">
        <w:rPr>
          <w:sz w:val="20"/>
          <w:szCs w:val="20"/>
        </w:rPr>
        <w:t xml:space="preserve">PowerPoint </w:t>
      </w:r>
      <w:proofErr w:type="spellStart"/>
      <w:r w:rsidRPr="00F94F0E">
        <w:rPr>
          <w:sz w:val="20"/>
          <w:szCs w:val="20"/>
        </w:rPr>
        <w:t>基本編輯</w:t>
      </w:r>
      <w:proofErr w:type="spellEnd"/>
      <w:r>
        <w:rPr>
          <w:rFonts w:hint="eastAsia"/>
          <w:sz w:val="20"/>
          <w:szCs w:val="20"/>
          <w:lang w:eastAsia="zh-TW"/>
        </w:rPr>
        <w:t xml:space="preserve">    </w:t>
      </w:r>
      <w:r>
        <w:rPr>
          <w:sz w:val="20"/>
          <w:szCs w:val="20"/>
          <w:lang w:eastAsia="zh-TW"/>
        </w:rPr>
        <w:br/>
      </w:r>
      <w:r>
        <w:rPr>
          <w:sz w:val="20"/>
          <w:szCs w:val="20"/>
          <w:lang w:eastAsia="zh-TW"/>
        </w:rPr>
        <w:sym w:font="Wingdings 2" w:char="F0A3"/>
      </w:r>
      <w:r w:rsidRPr="00F94F0E">
        <w:rPr>
          <w:sz w:val="20"/>
          <w:szCs w:val="20"/>
        </w:rPr>
        <w:t xml:space="preserve">Google </w:t>
      </w:r>
      <w:proofErr w:type="spellStart"/>
      <w:r w:rsidRPr="00F94F0E">
        <w:rPr>
          <w:sz w:val="20"/>
          <w:szCs w:val="20"/>
        </w:rPr>
        <w:t>試算表</w:t>
      </w:r>
      <w:proofErr w:type="spellEnd"/>
      <w:r>
        <w:rPr>
          <w:rFonts w:hint="eastAsia"/>
          <w:sz w:val="20"/>
          <w:szCs w:val="20"/>
          <w:lang w:eastAsia="zh-TW"/>
        </w:rPr>
        <w:t xml:space="preserve">     </w:t>
      </w:r>
      <w:r>
        <w:rPr>
          <w:sz w:val="20"/>
          <w:szCs w:val="20"/>
          <w:lang w:eastAsia="zh-TW"/>
        </w:rPr>
        <w:sym w:font="Wingdings 2" w:char="F0A3"/>
      </w:r>
      <w:proofErr w:type="spellStart"/>
      <w:r w:rsidRPr="00F94F0E">
        <w:rPr>
          <w:sz w:val="20"/>
          <w:szCs w:val="20"/>
        </w:rPr>
        <w:t>以上工具皆僅有基本操作經驗</w:t>
      </w:r>
      <w:proofErr w:type="spellEnd"/>
    </w:p>
    <w:p w14:paraId="7955C6AC" w14:textId="77777777" w:rsidR="00BE5840" w:rsidRDefault="00F94F0E" w:rsidP="00F94F0E">
      <w:pPr>
        <w:snapToGrid w:val="0"/>
        <w:spacing w:beforeLines="50" w:before="120" w:after="0" w:line="240" w:lineRule="auto"/>
        <w:rPr>
          <w:lang w:eastAsia="zh-TW"/>
        </w:rPr>
      </w:pPr>
      <w:r>
        <w:rPr>
          <w:b/>
          <w:sz w:val="24"/>
          <w:lang w:eastAsia="zh-TW"/>
        </w:rPr>
        <w:t>四、應徵問題</w:t>
      </w:r>
    </w:p>
    <w:p w14:paraId="6AB3B3DC" w14:textId="77777777" w:rsidR="00BE5840" w:rsidRPr="00F94F0E" w:rsidRDefault="00F94F0E" w:rsidP="00F94F0E">
      <w:p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 w:rsidRPr="00F94F0E">
        <w:rPr>
          <w:rFonts w:ascii="Times New Roman" w:hAnsi="Times New Roman" w:cs="Times New Roman"/>
          <w:b/>
          <w:sz w:val="20"/>
          <w:szCs w:val="20"/>
          <w:lang w:eastAsia="zh-TW"/>
        </w:rPr>
        <w:t xml:space="preserve">1. </w:t>
      </w:r>
      <w:proofErr w:type="gramStart"/>
      <w:r w:rsidRPr="00F94F0E">
        <w:rPr>
          <w:rFonts w:ascii="Times New Roman" w:hAnsi="Times New Roman" w:cs="Times New Roman"/>
          <w:b/>
          <w:sz w:val="20"/>
          <w:szCs w:val="20"/>
          <w:lang w:eastAsia="zh-TW"/>
        </w:rPr>
        <w:t>本組工讀</w:t>
      </w:r>
      <w:proofErr w:type="gramEnd"/>
      <w:r w:rsidRPr="00F94F0E">
        <w:rPr>
          <w:rFonts w:ascii="Times New Roman" w:hAnsi="Times New Roman" w:cs="Times New Roman"/>
          <w:b/>
          <w:sz w:val="20"/>
          <w:szCs w:val="20"/>
          <w:lang w:eastAsia="zh-TW"/>
        </w:rPr>
        <w:t>工作以資料核對、資料整理等重複性行政工作為主，你是否可以接受？</w:t>
      </w:r>
    </w:p>
    <w:p w14:paraId="0B07F709" w14:textId="00300D2D" w:rsidR="00BE5840" w:rsidRPr="00F94F0E" w:rsidRDefault="00F94F0E" w:rsidP="00F94F0E">
      <w:pPr>
        <w:snapToGrid w:val="0"/>
        <w:spacing w:after="0" w:line="240" w:lineRule="auto"/>
        <w:ind w:left="198"/>
        <w:rPr>
          <w:rFonts w:ascii="Times New Roman" w:hAnsi="Times New Roman" w:cs="Times New Roman"/>
          <w:sz w:val="20"/>
          <w:szCs w:val="20"/>
          <w:lang w:eastAsia="zh-TW"/>
        </w:rPr>
      </w:pPr>
      <w:r w:rsidRPr="00F94F0E">
        <w:rPr>
          <w:rFonts w:ascii="Times New Roman" w:hAnsi="Times New Roman" w:cs="Times New Roman"/>
          <w:sz w:val="20"/>
          <w:szCs w:val="20"/>
          <w:lang w:eastAsia="zh-TW"/>
        </w:rPr>
        <w:sym w:font="Wingdings 2" w:char="F0A3"/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>可以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 xml:space="preserve">             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sym w:font="Wingdings 2" w:char="F0A3"/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>需視工作內容而定</w:t>
      </w:r>
    </w:p>
    <w:p w14:paraId="4B9CCE43" w14:textId="77777777" w:rsidR="00BE5840" w:rsidRPr="00F94F0E" w:rsidRDefault="00F94F0E" w:rsidP="00F94F0E">
      <w:p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 w:rsidRPr="00F94F0E">
        <w:rPr>
          <w:rFonts w:ascii="Times New Roman" w:hAnsi="Times New Roman" w:cs="Times New Roman"/>
          <w:b/>
          <w:sz w:val="20"/>
          <w:szCs w:val="20"/>
          <w:lang w:eastAsia="zh-TW"/>
        </w:rPr>
        <w:t xml:space="preserve">2. </w:t>
      </w:r>
      <w:r w:rsidRPr="00F94F0E">
        <w:rPr>
          <w:rFonts w:ascii="Times New Roman" w:hAnsi="Times New Roman" w:cs="Times New Roman"/>
          <w:b/>
          <w:sz w:val="20"/>
          <w:szCs w:val="20"/>
          <w:lang w:eastAsia="zh-TW"/>
        </w:rPr>
        <w:t>如果你在核對資料時，發現某筆資料可能有錯，但無法確定，你會如何處理？</w:t>
      </w:r>
    </w:p>
    <w:p w14:paraId="0EA1D4C0" w14:textId="77777777" w:rsidR="00F94F0E" w:rsidRDefault="00F94F0E" w:rsidP="00F94F0E">
      <w:pPr>
        <w:snapToGrid w:val="0"/>
        <w:spacing w:after="0" w:line="240" w:lineRule="auto"/>
        <w:ind w:left="198"/>
        <w:rPr>
          <w:rFonts w:ascii="Times New Roman" w:hAnsi="Times New Roman" w:cs="Times New Roman"/>
          <w:sz w:val="20"/>
          <w:szCs w:val="20"/>
          <w:lang w:eastAsia="zh-TW"/>
        </w:rPr>
      </w:pPr>
      <w:r w:rsidRPr="00F94F0E">
        <w:rPr>
          <w:rFonts w:ascii="Times New Roman" w:hAnsi="Times New Roman" w:cs="Times New Roman"/>
          <w:sz w:val="20"/>
          <w:szCs w:val="20"/>
          <w:lang w:eastAsia="zh-TW"/>
        </w:rPr>
        <w:t>________________________________________________________________________________</w:t>
      </w:r>
    </w:p>
    <w:p w14:paraId="710F0E77" w14:textId="77777777" w:rsidR="00F94F0E" w:rsidRDefault="00F94F0E" w:rsidP="00F94F0E">
      <w:pPr>
        <w:snapToGrid w:val="0"/>
        <w:spacing w:after="0" w:line="240" w:lineRule="auto"/>
        <w:ind w:left="198"/>
        <w:rPr>
          <w:rFonts w:ascii="Times New Roman" w:hAnsi="Times New Roman" w:cs="Times New Roman"/>
          <w:sz w:val="20"/>
          <w:szCs w:val="20"/>
          <w:lang w:eastAsia="zh-TW"/>
        </w:rPr>
      </w:pPr>
    </w:p>
    <w:p w14:paraId="2FD46154" w14:textId="77777777" w:rsidR="00BE5840" w:rsidRPr="00F94F0E" w:rsidRDefault="00F94F0E" w:rsidP="00F94F0E">
      <w:p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 w:rsidRPr="00F94F0E">
        <w:rPr>
          <w:rFonts w:ascii="Times New Roman" w:hAnsi="Times New Roman" w:cs="Times New Roman"/>
          <w:b/>
          <w:sz w:val="20"/>
          <w:szCs w:val="20"/>
          <w:lang w:eastAsia="zh-TW"/>
        </w:rPr>
        <w:t xml:space="preserve">3. </w:t>
      </w:r>
      <w:r w:rsidRPr="00F94F0E">
        <w:rPr>
          <w:rFonts w:ascii="Times New Roman" w:hAnsi="Times New Roman" w:cs="Times New Roman"/>
          <w:b/>
          <w:sz w:val="20"/>
          <w:szCs w:val="20"/>
          <w:lang w:eastAsia="zh-TW"/>
        </w:rPr>
        <w:t>過去是否有工讀、社團、班級或其他行政協助經驗？如有，請簡述。</w:t>
      </w:r>
    </w:p>
    <w:p w14:paraId="01A69BFA" w14:textId="716DC48B" w:rsidR="00BE5840" w:rsidRDefault="00F94F0E" w:rsidP="00F94F0E">
      <w:pPr>
        <w:snapToGrid w:val="0"/>
        <w:spacing w:after="0" w:line="240" w:lineRule="auto"/>
        <w:ind w:left="198"/>
        <w:rPr>
          <w:rFonts w:ascii="Times New Roman" w:hAnsi="Times New Roman" w:cs="Times New Roman"/>
          <w:sz w:val="20"/>
          <w:szCs w:val="20"/>
          <w:lang w:eastAsia="zh-TW"/>
        </w:rPr>
      </w:pPr>
      <w:r w:rsidRPr="00F94F0E">
        <w:rPr>
          <w:rFonts w:ascii="Times New Roman" w:hAnsi="Times New Roman" w:cs="Times New Roman"/>
          <w:sz w:val="20"/>
          <w:szCs w:val="20"/>
          <w:lang w:eastAsia="zh-TW"/>
        </w:rPr>
        <w:t>________________________________________________________________________________</w:t>
      </w:r>
    </w:p>
    <w:p w14:paraId="1B19F991" w14:textId="77777777" w:rsidR="00F94F0E" w:rsidRPr="00F94F0E" w:rsidRDefault="00F94F0E" w:rsidP="00F94F0E">
      <w:pPr>
        <w:snapToGrid w:val="0"/>
        <w:spacing w:after="0" w:line="240" w:lineRule="auto"/>
        <w:ind w:left="198"/>
        <w:rPr>
          <w:rFonts w:ascii="Times New Roman" w:hAnsi="Times New Roman" w:cs="Times New Roman" w:hint="eastAsia"/>
          <w:sz w:val="20"/>
          <w:szCs w:val="20"/>
          <w:lang w:eastAsia="zh-TW"/>
        </w:rPr>
      </w:pPr>
    </w:p>
    <w:p w14:paraId="6FBA6BBB" w14:textId="77777777" w:rsidR="00BE5840" w:rsidRPr="00F94F0E" w:rsidRDefault="00F94F0E" w:rsidP="00F94F0E">
      <w:p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 w:rsidRPr="00F94F0E">
        <w:rPr>
          <w:rFonts w:ascii="Times New Roman" w:hAnsi="Times New Roman" w:cs="Times New Roman"/>
          <w:b/>
          <w:sz w:val="20"/>
          <w:szCs w:val="20"/>
          <w:lang w:eastAsia="zh-TW"/>
        </w:rPr>
        <w:t xml:space="preserve">4. </w:t>
      </w:r>
      <w:r w:rsidRPr="00F94F0E">
        <w:rPr>
          <w:rFonts w:ascii="Times New Roman" w:hAnsi="Times New Roman" w:cs="Times New Roman"/>
          <w:b/>
          <w:sz w:val="20"/>
          <w:szCs w:val="20"/>
          <w:lang w:eastAsia="zh-TW"/>
        </w:rPr>
        <w:t>你認為自己比較符合下列哪些情況？（可複選）</w:t>
      </w:r>
    </w:p>
    <w:p w14:paraId="5DC3E1B0" w14:textId="150AD4B2" w:rsidR="00BE5840" w:rsidRPr="00F94F0E" w:rsidRDefault="00F94F0E" w:rsidP="00F94F0E">
      <w:pPr>
        <w:snapToGrid w:val="0"/>
        <w:spacing w:after="0" w:line="240" w:lineRule="auto"/>
        <w:ind w:left="198"/>
        <w:rPr>
          <w:rFonts w:ascii="Times New Roman" w:hAnsi="Times New Roman" w:cs="Times New Roman"/>
          <w:sz w:val="20"/>
          <w:szCs w:val="20"/>
          <w:lang w:eastAsia="zh-TW"/>
        </w:rPr>
      </w:pPr>
      <w:r w:rsidRPr="00F94F0E">
        <w:rPr>
          <w:rFonts w:ascii="Times New Roman" w:hAnsi="Times New Roman" w:cs="Times New Roman"/>
          <w:sz w:val="20"/>
          <w:szCs w:val="20"/>
          <w:lang w:eastAsia="zh-TW"/>
        </w:rPr>
        <w:sym w:font="Wingdings 2" w:char="F0A3"/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>喜歡按照既定規則完成工作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 xml:space="preserve">                              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sym w:font="Wingdings 2" w:char="F0A3"/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>對數字或文字差異較敏感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br/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sym w:font="Wingdings 2" w:char="F0A3"/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>可以接受長時間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>處理相似資料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 xml:space="preserve">                          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sym w:font="Wingdings 2" w:char="F0A3"/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 xml:space="preserve"> 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>喜歡工作內容經常變化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br/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sym w:font="Wingdings 2" w:char="F0A3"/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>遇到不確定的事情會先詢問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 xml:space="preserve">                              </w:t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sym w:font="Wingdings 2" w:char="F0A3"/>
      </w:r>
      <w:r w:rsidRPr="00F94F0E">
        <w:rPr>
          <w:rFonts w:ascii="Times New Roman" w:hAnsi="Times New Roman" w:cs="Times New Roman"/>
          <w:sz w:val="20"/>
          <w:szCs w:val="20"/>
          <w:lang w:eastAsia="zh-TW"/>
        </w:rPr>
        <w:t>習慣自己判斷後直接處理</w:t>
      </w:r>
    </w:p>
    <w:p w14:paraId="6A01D156" w14:textId="30D0FADA" w:rsidR="00BE5840" w:rsidRPr="00F94F0E" w:rsidRDefault="00BE5840" w:rsidP="00F94F0E">
      <w:pPr>
        <w:snapToGrid w:val="0"/>
        <w:spacing w:after="0" w:line="240" w:lineRule="auto"/>
        <w:rPr>
          <w:sz w:val="20"/>
          <w:szCs w:val="20"/>
          <w:lang w:eastAsia="zh-TW"/>
        </w:rPr>
      </w:pPr>
    </w:p>
    <w:p w14:paraId="62C8C102" w14:textId="5C345649" w:rsidR="00BE5840" w:rsidRPr="00F94F0E" w:rsidRDefault="00F94F0E" w:rsidP="00F94F0E">
      <w:pPr>
        <w:snapToGrid w:val="0"/>
        <w:spacing w:after="0" w:line="240" w:lineRule="auto"/>
        <w:jc w:val="center"/>
        <w:rPr>
          <w:sz w:val="20"/>
          <w:szCs w:val="20"/>
          <w:lang w:eastAsia="zh-TW"/>
        </w:rPr>
      </w:pPr>
      <w:r w:rsidRPr="00F94F0E">
        <w:rPr>
          <w:sz w:val="20"/>
          <w:szCs w:val="20"/>
          <w:lang w:eastAsia="zh-TW"/>
        </w:rPr>
        <w:t>本人確認以上</w:t>
      </w:r>
      <w:proofErr w:type="gramStart"/>
      <w:r w:rsidRPr="00F94F0E">
        <w:rPr>
          <w:sz w:val="20"/>
          <w:szCs w:val="20"/>
          <w:lang w:eastAsia="zh-TW"/>
        </w:rPr>
        <w:t>資料均依實際</w:t>
      </w:r>
      <w:proofErr w:type="gramEnd"/>
      <w:r w:rsidRPr="00F94F0E">
        <w:rPr>
          <w:sz w:val="20"/>
          <w:szCs w:val="20"/>
          <w:lang w:eastAsia="zh-TW"/>
        </w:rPr>
        <w:t>情況填寫。</w:t>
      </w:r>
      <w:r>
        <w:rPr>
          <w:rFonts w:hint="eastAsia"/>
          <w:sz w:val="20"/>
          <w:szCs w:val="20"/>
          <w:lang w:eastAsia="zh-TW"/>
        </w:rPr>
        <w:t xml:space="preserve"> </w:t>
      </w:r>
      <w:r w:rsidRPr="00F94F0E">
        <w:rPr>
          <w:sz w:val="20"/>
          <w:szCs w:val="20"/>
          <w:lang w:eastAsia="zh-TW"/>
        </w:rPr>
        <w:t>簽名：</w:t>
      </w:r>
      <w:r w:rsidRPr="00F94F0E">
        <w:rPr>
          <w:sz w:val="20"/>
          <w:szCs w:val="20"/>
          <w:lang w:eastAsia="zh-TW"/>
        </w:rPr>
        <w:t>________________</w:t>
      </w:r>
      <w:r w:rsidRPr="00F94F0E">
        <w:rPr>
          <w:rFonts w:hint="eastAsia"/>
          <w:sz w:val="20"/>
          <w:szCs w:val="20"/>
          <w:lang w:eastAsia="zh-TW"/>
        </w:rPr>
        <w:t xml:space="preserve">    </w:t>
      </w:r>
      <w:r w:rsidRPr="00F94F0E">
        <w:rPr>
          <w:sz w:val="20"/>
          <w:szCs w:val="20"/>
          <w:lang w:eastAsia="zh-TW"/>
        </w:rPr>
        <w:t>日期：</w:t>
      </w:r>
      <w:r w:rsidRPr="00F94F0E">
        <w:rPr>
          <w:sz w:val="20"/>
          <w:szCs w:val="20"/>
          <w:lang w:eastAsia="zh-TW"/>
        </w:rPr>
        <w:t>______</w:t>
      </w:r>
      <w:r w:rsidRPr="00F94F0E">
        <w:rPr>
          <w:sz w:val="20"/>
          <w:szCs w:val="20"/>
          <w:lang w:eastAsia="zh-TW"/>
        </w:rPr>
        <w:t>年</w:t>
      </w:r>
      <w:r w:rsidRPr="00F94F0E">
        <w:rPr>
          <w:sz w:val="20"/>
          <w:szCs w:val="20"/>
          <w:lang w:eastAsia="zh-TW"/>
        </w:rPr>
        <w:t>______</w:t>
      </w:r>
      <w:r w:rsidRPr="00F94F0E">
        <w:rPr>
          <w:sz w:val="20"/>
          <w:szCs w:val="20"/>
          <w:lang w:eastAsia="zh-TW"/>
        </w:rPr>
        <w:t>月</w:t>
      </w:r>
      <w:r w:rsidRPr="00F94F0E">
        <w:rPr>
          <w:sz w:val="20"/>
          <w:szCs w:val="20"/>
          <w:lang w:eastAsia="zh-TW"/>
        </w:rPr>
        <w:t>______</w:t>
      </w:r>
      <w:r w:rsidRPr="00F94F0E">
        <w:rPr>
          <w:sz w:val="20"/>
          <w:szCs w:val="20"/>
          <w:lang w:eastAsia="zh-TW"/>
        </w:rPr>
        <w:t>日</w:t>
      </w:r>
    </w:p>
    <w:sectPr w:rsidR="00BE5840" w:rsidRPr="00F94F0E" w:rsidSect="00034616">
      <w:pgSz w:w="12240" w:h="15840"/>
      <w:pgMar w:top="794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E5840"/>
    <w:rsid w:val="00CB0664"/>
    <w:rsid w:val="00F94F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C92AE8"/>
  <w14:defaultImageDpi w14:val="300"/>
  <w15:docId w15:val="{12D40A89-2B43-40F4-9F06-B03D8DD9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 使用者</cp:lastModifiedBy>
  <cp:revision>2</cp:revision>
  <dcterms:created xsi:type="dcterms:W3CDTF">2013-12-23T23:15:00Z</dcterms:created>
  <dcterms:modified xsi:type="dcterms:W3CDTF">2026-09-07T00:38:00Z</dcterms:modified>
  <cp:category/>
</cp:coreProperties>
</file>